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xmlns:wp14="http://schemas.microsoft.com/office/word/2010/wordml" w14:paraId="3B8F06DB" wp14:textId="77777777">
      <w:pPr>
        <w:pStyle w:val="Title"/>
        <w:jc w:val="center"/>
      </w:pPr>
      <w:r w:rsidR="4CEF7CB2">
        <w:rPr/>
        <w:t>Workforce Education Council Meeting Agenda</w:t>
      </w:r>
    </w:p>
    <w:p xmlns:wp14="http://schemas.microsoft.com/office/word/2010/wordml" w:rsidP="4CEF7CB2" w14:paraId="5181FD95" wp14:textId="7288CE25">
      <w:pPr>
        <w:pStyle w:val="Subtitle"/>
        <w:suppressLineNumbers w:val="0"/>
        <w:bidi w:val="0"/>
        <w:spacing w:before="0" w:beforeAutospacing="off" w:after="100" w:afterAutospacing="off" w:line="259" w:lineRule="auto"/>
        <w:ind w:left="0" w:right="0"/>
        <w:jc w:val="center"/>
        <w:rPr/>
      </w:pPr>
      <w:r w:rsidR="4C7B16E7">
        <w:rPr/>
        <w:t>Fall 2026 | Centralia College</w:t>
      </w:r>
    </w:p>
    <w:p xmlns:wp14="http://schemas.microsoft.com/office/word/2010/wordml" w:rsidP="4CEF7CB2" w14:paraId="017C34ED" wp14:textId="4217BEE2">
      <w:pPr>
        <w:pStyle w:val="Normal"/>
        <w:suppressLineNumbers w:val="0"/>
        <w:bidi w:val="0"/>
        <w:spacing w:before="0" w:beforeAutospacing="off" w:after="100" w:afterAutospacing="off" w:line="259" w:lineRule="auto"/>
        <w:ind w:left="0" w:right="0"/>
        <w:jc w:val="center"/>
      </w:pPr>
      <w:r w:rsidRPr="5BEF3436" w:rsidR="73157509">
        <w:rPr>
          <w:color w:val="4C4C4C"/>
        </w:rPr>
        <w:t>October 13-14, 2026</w:t>
      </w:r>
      <w:r>
        <w:br/>
      </w:r>
      <w:r w:rsidRPr="5BEF3436" w:rsidR="7E453642">
        <w:rPr>
          <w:color w:val="4C4C4C"/>
        </w:rPr>
        <w:t>TAC 105 B/C</w:t>
      </w:r>
      <w:r>
        <w:br/>
      </w:r>
      <w:r w:rsidR="0335DCEE">
        <w:rPr/>
        <w:t>615 W Pear St, Centralia, WA 98531</w:t>
      </w:r>
      <w:r w:rsidRPr="5BEF3436" w:rsidR="0335DCEE">
        <w:rPr>
          <w:color w:val="4C4C4C"/>
        </w:rPr>
        <w:t xml:space="preserve"> </w:t>
      </w:r>
    </w:p>
    <w:p xmlns:wp14="http://schemas.microsoft.com/office/word/2010/wordml" w:rsidP="5BEF3436" w14:paraId="2B2A673A" wp14:textId="61667356">
      <w:pPr>
        <w:pStyle w:val="IntenseQuote"/>
        <w:suppressLineNumbers w:val="0"/>
        <w:pBdr>
          <w:bottom w:val="single" w:color="4F81BD" w:sz="4" w:space="4"/>
        </w:pBdr>
        <w:bidi w:val="0"/>
        <w:spacing w:before="200" w:beforeAutospacing="off" w:after="280" w:afterAutospacing="off" w:line="259" w:lineRule="auto"/>
        <w:ind w:left="936" w:right="936"/>
        <w:jc w:val="center"/>
      </w:pPr>
      <w:r>
        <w:rPr>
          <w:b/>
        </w:rPr>
        <w:t>DRAFT - Schedule and session order are subject to change.</w:t>
      </w:r>
    </w:p>
    <w:p xmlns:wp14="http://schemas.microsoft.com/office/word/2010/wordml" w:rsidP="5BEF3436" w14:paraId="1CCDDB1D" wp14:textId="0D80690B">
      <w:pPr>
        <w:pStyle w:val="Heading1"/>
        <w:suppressLineNumbers w:val="0"/>
        <w:bidi w:val="0"/>
        <w:spacing w:before="200" w:beforeAutospacing="off" w:after="80" w:afterAutospacing="off" w:line="259" w:lineRule="auto"/>
        <w:ind w:left="0" w:right="0"/>
        <w:jc w:val="left"/>
      </w:pPr>
      <w:r w:rsidR="5796FB6A">
        <w:rPr/>
        <w:t>Monday, October 12</w:t>
      </w:r>
      <w:r w:rsidR="5BEF3436">
        <w:rPr/>
        <w:t xml:space="preserve"> — </w:t>
      </w:r>
      <w:r w:rsidR="5BEF3436">
        <w:rPr/>
        <w:t>Pre-meeting</w:t>
      </w:r>
      <w:r w:rsidR="5BEF3436">
        <w:rPr/>
        <w:t xml:space="preserve"> activities</w:t>
      </w:r>
    </w:p>
    <w:p xmlns:wp14="http://schemas.microsoft.com/office/word/2010/wordml" w14:paraId="6C094A54" wp14:textId="20BD6FEF">
      <w:r w:rsidRPr="5BEF3436" w:rsidR="5BEF3436">
        <w:rPr>
          <w:b w:val="1"/>
          <w:bCs w:val="1"/>
        </w:rPr>
        <w:t>Schedule</w:t>
      </w:r>
      <w:r w:rsidR="5BEF3436">
        <w:rPr/>
        <w:t xml:space="preserve"> for </w:t>
      </w:r>
      <w:r w:rsidR="07076A60">
        <w:rPr/>
        <w:t>Monday, October 12, 2026</w:t>
      </w:r>
      <w:r w:rsidR="5BEF3436">
        <w:rPr/>
        <w:t xml:space="preserve"> — Pre-meeting activities.</w:t>
      </w:r>
    </w:p>
    <w:tbl>
      <w:tblPr>
        <w:tblStyle w:val="TableGrid"/>
        <w:tblW w:w="0" w:type="auto"/>
        <w:jc w:val="center"/>
        <w:tblLayout w:type="autofit"/>
        <w:tblLook w:val="04A0" w:firstRow="1" w:lastRow="0" w:firstColumn="1" w:lastColumn="0" w:noHBand="0" w:noVBand="1"/>
        <w:tblCaption w:val="[Day of week, Month day] — Pre-meeting activities schedule"/>
        <w:tblDescription w:val="Meeting agenda with columns for time, agenda item, and lead or logistical details."/>
      </w:tblPr>
      <w:tblGrid>
        <w:gridCol w:w="2232"/>
        <w:gridCol w:w="5256"/>
        <w:gridCol w:w="3024"/>
      </w:tblGrid>
      <w:tr xmlns:wp14="http://schemas.microsoft.com/office/word/2010/wordml" w:rsidTr="5BEF3436" w14:paraId="5D3BDD20" wp14:textId="77777777">
        <w:trPr>
          <w:tblHeader w:val="true"/>
          <w:cantSplit/>
        </w:trPr>
        <w:tc>
          <w:tcPr>
            <w:tcW w:w="3360" w:type="dxa"/>
            <w:shd w:val="clear" w:color="auto" w:fill="D9F1D0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 w14:paraId="4A146726" wp14:textId="77777777">
            <w:pPr>
              <w:jc w:val="left"/>
            </w:pPr>
            <w:r>
              <w:rPr>
                <w:b/>
                <w:color w:val="000000"/>
              </w:rPr>
              <w:t>Time</w:t>
            </w:r>
          </w:p>
        </w:tc>
        <w:tc>
          <w:tcPr>
            <w:tcW w:w="3360" w:type="dxa"/>
            <w:shd w:val="clear" w:color="auto" w:fill="D9F1D0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 w14:paraId="5B32A650" wp14:textId="77777777">
            <w:pPr>
              <w:jc w:val="left"/>
            </w:pPr>
            <w:r>
              <w:rPr>
                <w:b/>
                <w:color w:val="000000"/>
              </w:rPr>
              <w:t>Agenda item</w:t>
            </w:r>
          </w:p>
        </w:tc>
        <w:tc>
          <w:tcPr>
            <w:tcW w:w="3360" w:type="dxa"/>
            <w:shd w:val="clear" w:color="auto" w:fill="D9F1D0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 w:rsidP="5BEF3436" w14:paraId="4E1D4411" wp14:textId="1DA53D35">
            <w:pPr>
              <w:pStyle w:val="Normal"/>
              <w:suppressLineNumbers w:val="0"/>
              <w:bidi w:val="0"/>
              <w:spacing w:before="0" w:beforeAutospacing="off" w:after="100" w:afterAutospacing="off" w:line="259" w:lineRule="auto"/>
              <w:ind w:left="0" w:right="0"/>
              <w:jc w:val="left"/>
            </w:pPr>
            <w:r w:rsidRPr="5BEF3436" w:rsidR="48C1B6CC">
              <w:rPr>
                <w:b w:val="1"/>
                <w:bCs w:val="1"/>
                <w:color w:val="000000" w:themeColor="text1" w:themeTint="FF" w:themeShade="FF"/>
              </w:rPr>
              <w:t>Information</w:t>
            </w:r>
          </w:p>
        </w:tc>
      </w:tr>
      <w:tr w:rsidTr="5BEF3436" w14:paraId="30D336DA" w14:textId="77777777">
        <w:trPr>
          <w:cantSplit/>
        </w:trPr>
        <w:tc>
          <w:tcPr>
            <w:tcW w:w="2232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3:00-4:30 p.m.</w:t>
            </w:r>
          </w:p>
        </w:tc>
        <w:tc>
          <w:tcPr>
            <w:tcW w:w="5256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WEC Executive Committee meeting</w:t>
            </w:r>
          </w:p>
        </w:tc>
        <w:tc>
          <w:tcPr>
            <w:tcW w:w="3024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WEC Executive Team only | WAH 108</w:t>
            </w:r>
          </w:p>
        </w:tc>
      </w:tr>
      <w:tr w:rsidTr="5BEF3436" w14:paraId="30D336DA" w14:textId="77777777">
        <w:trPr>
          <w:cantSplit/>
        </w:trPr>
        <w:tc>
          <w:tcPr>
            <w:tcW w:w="2232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4:30-5:15 p.m.</w:t>
            </w:r>
          </w:p>
        </w:tc>
        <w:tc>
          <w:tcPr>
            <w:tcW w:w="5256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New-member welcome and orientation</w:t>
            </w:r>
          </w:p>
        </w:tc>
        <w:tc>
          <w:tcPr>
            <w:tcW w:w="3024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Location information forthcoming</w:t>
            </w:r>
          </w:p>
        </w:tc>
      </w:tr>
      <w:tr w:rsidTr="5BEF3436" w14:paraId="30D336DA" w14:textId="77777777">
        <w:trPr>
          <w:cantSplit/>
        </w:trPr>
        <w:tc>
          <w:tcPr>
            <w:tcW w:w="2232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5:30 p.m.</w:t>
            </w:r>
          </w:p>
        </w:tc>
        <w:tc>
          <w:tcPr>
            <w:tcW w:w="5256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Informal welcome gathering (not hosted)</w:t>
            </w:r>
          </w:p>
        </w:tc>
        <w:tc>
          <w:tcPr>
            <w:tcW w:w="3024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Everyone welcome | Location information forthcoming</w:t>
            </w:r>
          </w:p>
        </w:tc>
      </w:tr>
    </w:tbl>
    <w:p xmlns:wp14="http://schemas.microsoft.com/office/word/2010/wordml" w14:paraId="672A6659" wp14:textId="77777777"/>
    <w:p xmlns:wp14="http://schemas.microsoft.com/office/word/2010/wordml" w:rsidP="5BEF3436" w14:paraId="71E9F7BD" wp14:textId="795BCB8A">
      <w:pPr>
        <w:pStyle w:val="Heading1"/>
        <w:suppressLineNumbers w:val="0"/>
        <w:bidi w:val="0"/>
        <w:spacing w:before="200" w:beforeAutospacing="off" w:after="80" w:afterAutospacing="off" w:line="259" w:lineRule="auto"/>
        <w:ind w:left="0" w:right="0"/>
        <w:jc w:val="left"/>
      </w:pPr>
      <w:r w:rsidR="132886B6">
        <w:rPr/>
        <w:t>Tuesday, October 13</w:t>
      </w:r>
      <w:r w:rsidR="5BEF3436">
        <w:rPr/>
        <w:t xml:space="preserve"> — Meeting </w:t>
      </w:r>
      <w:r w:rsidR="7C072F94">
        <w:rPr/>
        <w:t>D</w:t>
      </w:r>
      <w:r w:rsidR="5BEF3436">
        <w:rPr/>
        <w:t xml:space="preserve">ay </w:t>
      </w:r>
      <w:r w:rsidR="1F79794C">
        <w:rPr/>
        <w:t>O</w:t>
      </w:r>
      <w:r w:rsidR="5BEF3436">
        <w:rPr/>
        <w:t>ne</w:t>
      </w:r>
      <w:r w:rsidR="658EC205">
        <w:rPr/>
        <w:t xml:space="preserve"> - Joint WEC/BLC Morning</w:t>
      </w:r>
    </w:p>
    <w:p xmlns:wp14="http://schemas.microsoft.com/office/word/2010/wordml" w:rsidP="5BEF3436" w14:paraId="7E5E7DCF" wp14:textId="7DBA3172">
      <w:pPr>
        <w:pStyle w:val="Normal"/>
        <w:suppressLineNumbers w:val="0"/>
        <w:bidi w:val="0"/>
        <w:spacing w:before="0" w:beforeAutospacing="off" w:after="100" w:afterAutospacing="off" w:line="259" w:lineRule="auto"/>
        <w:ind w:left="0" w:right="0"/>
        <w:jc w:val="left"/>
      </w:pPr>
      <w:r w:rsidRPr="5BEF3436" w:rsidR="5BEF3436">
        <w:rPr>
          <w:b w:val="1"/>
          <w:bCs w:val="1"/>
        </w:rPr>
        <w:t>Schedule</w:t>
      </w:r>
      <w:r w:rsidR="5BEF3436">
        <w:rPr/>
        <w:t xml:space="preserve"> for </w:t>
      </w:r>
      <w:r w:rsidR="4D242C2E">
        <w:rPr/>
        <w:t>Tuesday, October 13, 2026</w:t>
      </w:r>
      <w:r w:rsidR="5BEF3436">
        <w:rPr/>
        <w:t xml:space="preserve"> — Meeting </w:t>
      </w:r>
      <w:r w:rsidR="694BBEC0">
        <w:rPr/>
        <w:t>D</w:t>
      </w:r>
      <w:r w:rsidR="5BEF3436">
        <w:rPr/>
        <w:t xml:space="preserve">ay </w:t>
      </w:r>
      <w:r w:rsidR="7E0E56E9">
        <w:rPr/>
        <w:t>O</w:t>
      </w:r>
      <w:r w:rsidR="5BEF3436">
        <w:rPr/>
        <w:t>ne.</w:t>
      </w:r>
    </w:p>
    <w:tbl>
      <w:tblPr>
        <w:tblStyle w:val="TableGrid"/>
        <w:tblW w:w="0" w:type="auto"/>
        <w:jc w:val="center"/>
        <w:tblLayout w:type="autofit"/>
        <w:tblLook w:val="04A0" w:firstRow="1" w:lastRow="0" w:firstColumn="1" w:lastColumn="0" w:noHBand="0" w:noVBand="1"/>
        <w:tblCaption w:val="[Day of week, Month day] — Meeting day one schedule"/>
        <w:tblDescription w:val="Meeting agenda with columns for time, agenda item, and lead or logistical details."/>
      </w:tblPr>
      <w:tblGrid>
        <w:gridCol w:w="2232"/>
        <w:gridCol w:w="5256"/>
        <w:gridCol w:w="3024"/>
      </w:tblGrid>
      <w:tr xmlns:wp14="http://schemas.microsoft.com/office/word/2010/wordml" w:rsidTr="5BEF3436" w14:paraId="7681B340" wp14:textId="77777777">
        <w:trPr>
          <w:tblHeader w:val="true"/>
          <w:cantSplit/>
        </w:trPr>
        <w:tc>
          <w:tcPr>
            <w:tcW w:w="3360" w:type="dxa"/>
            <w:shd w:val="clear" w:color="auto" w:fill="D9F1D0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 w14:paraId="77B6B7CC" wp14:textId="77777777">
            <w:pPr>
              <w:jc w:val="left"/>
            </w:pPr>
            <w:r>
              <w:rPr>
                <w:b/>
                <w:color w:val="000000"/>
              </w:rPr>
              <w:t>Time</w:t>
            </w:r>
          </w:p>
        </w:tc>
        <w:tc>
          <w:tcPr>
            <w:tcW w:w="3360" w:type="dxa"/>
            <w:shd w:val="clear" w:color="auto" w:fill="D9F1D0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 w14:paraId="193CA181" wp14:textId="77777777">
            <w:pPr>
              <w:jc w:val="left"/>
            </w:pPr>
            <w:r>
              <w:rPr>
                <w:b/>
                <w:color w:val="000000"/>
              </w:rPr>
              <w:t>Agenda item</w:t>
            </w:r>
          </w:p>
        </w:tc>
        <w:tc>
          <w:tcPr>
            <w:tcW w:w="3360" w:type="dxa"/>
            <w:shd w:val="clear" w:color="auto" w:fill="D9F1D0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 w:rsidP="5BEF3436" w14:paraId="6EB14C6B" wp14:textId="1CC41178">
            <w:pPr>
              <w:pStyle w:val="Normal"/>
              <w:suppressLineNumbers w:val="0"/>
              <w:bidi w:val="0"/>
              <w:spacing w:before="0" w:beforeAutospacing="off" w:after="100" w:afterAutospacing="off" w:line="259" w:lineRule="auto"/>
              <w:ind w:left="0" w:right="0"/>
              <w:jc w:val="left"/>
            </w:pPr>
            <w:r w:rsidRPr="5BEF3436" w:rsidR="4C819910">
              <w:rPr>
                <w:b w:val="1"/>
                <w:bCs w:val="1"/>
                <w:color w:val="000000" w:themeColor="text1" w:themeTint="FF" w:themeShade="FF"/>
              </w:rPr>
              <w:t>Information</w:t>
            </w:r>
          </w:p>
        </w:tc>
      </w:tr>
      <w:tr w:rsidTr="5BEF3436" w14:paraId="60BCF8A9" w14:textId="77777777">
        <w:trPr>
          <w:cantSplit/>
        </w:trPr>
        <w:tc>
          <w:tcPr>
            <w:tcW w:w="2232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8:00-8:45 a.m.</w:t>
            </w:r>
          </w:p>
        </w:tc>
        <w:tc>
          <w:tcPr>
            <w:tcW w:w="5256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Breakfast and networking</w:t>
            </w:r>
          </w:p>
        </w:tc>
        <w:tc>
          <w:tcPr>
            <w:tcW w:w="3024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Provided | Joint WEC/BLC</w:t>
            </w:r>
          </w:p>
        </w:tc>
      </w:tr>
      <w:tr w:rsidTr="5BEF3436" w14:paraId="60BCF8A9" w14:textId="77777777">
        <w:trPr>
          <w:cantSplit/>
        </w:trPr>
        <w:tc>
          <w:tcPr>
            <w:tcW w:w="2232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8:45-10:30 a.m.</w:t>
            </w:r>
          </w:p>
        </w:tc>
        <w:tc>
          <w:tcPr>
            <w:tcW w:w="5256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Joint welcome, council business, and statewide updates</w:t>
            </w:r>
          </w:p>
        </w:tc>
        <w:tc>
          <w:tcPr>
            <w:tcW w:w="3024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WEC and BLC members</w:t>
            </w:r>
          </w:p>
        </w:tc>
      </w:tr>
      <w:tr w:rsidTr="5BEF3436" w14:paraId="60BCF8A9" w14:textId="77777777">
        <w:trPr>
          <w:cantSplit/>
        </w:trPr>
        <w:tc>
          <w:tcPr>
            <w:tcW w:w="2232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10:30-10:45 a.m.</w:t>
            </w:r>
          </w:p>
        </w:tc>
        <w:tc>
          <w:tcPr>
            <w:tcW w:w="5256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Break</w:t>
            </w:r>
          </w:p>
        </w:tc>
        <w:tc>
          <w:tcPr>
            <w:tcW w:w="3024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</w:r>
          </w:p>
        </w:tc>
      </w:tr>
      <w:tr w:rsidTr="5BEF3436" w14:paraId="60BCF8A9" w14:textId="77777777">
        <w:trPr>
          <w:cantSplit/>
        </w:trPr>
        <w:tc>
          <w:tcPr>
            <w:tcW w:w="2232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10:45 a.m.-12:00 p.m.</w:t>
            </w:r>
          </w:p>
        </w:tc>
        <w:tc>
          <w:tcPr>
            <w:tcW w:w="5256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Joint featured session and morning wrap-up</w:t>
            </w:r>
          </w:p>
        </w:tc>
        <w:tc>
          <w:tcPr>
            <w:tcW w:w="3024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WEC and BLC members</w:t>
            </w:r>
          </w:p>
        </w:tc>
      </w:tr>
      <w:tr w:rsidTr="5BEF3436" w14:paraId="60BCF8A9" w14:textId="77777777">
        <w:trPr>
          <w:cantSplit/>
        </w:trPr>
        <w:tc>
          <w:tcPr>
            <w:tcW w:w="2232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12:00-1:00 p.m.</w:t>
            </w:r>
          </w:p>
        </w:tc>
        <w:tc>
          <w:tcPr>
            <w:tcW w:w="5256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WEC working lunch</w:t>
            </w:r>
          </w:p>
        </w:tc>
        <w:tc>
          <w:tcPr>
            <w:tcW w:w="3024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Provided</w:t>
            </w:r>
          </w:p>
        </w:tc>
      </w:tr>
      <w:tr w:rsidTr="5BEF3436" w14:paraId="60BCF8A9" w14:textId="77777777">
        <w:trPr>
          <w:cantSplit/>
        </w:trPr>
        <w:tc>
          <w:tcPr>
            <w:tcW w:w="2232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1:00-4:50 p.m.</w:t>
            </w:r>
          </w:p>
        </w:tc>
        <w:tc>
          <w:tcPr>
            <w:tcW w:w="5256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WEC featured session, workplan launch, and regional workgroups</w:t>
            </w:r>
          </w:p>
        </w:tc>
        <w:tc>
          <w:tcPr>
            <w:tcW w:w="3024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Includes a scheduled afternoon break</w:t>
            </w:r>
          </w:p>
        </w:tc>
      </w:tr>
      <w:tr w:rsidTr="5BEF3436" w14:paraId="60BCF8A9" w14:textId="77777777">
        <w:trPr>
          <w:cantSplit/>
        </w:trPr>
        <w:tc>
          <w:tcPr>
            <w:tcW w:w="2232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5:30 p.m.</w:t>
            </w:r>
          </w:p>
        </w:tc>
        <w:tc>
          <w:tcPr>
            <w:tcW w:w="5256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Optional WEC gathering (not hosted)</w:t>
            </w:r>
          </w:p>
        </w:tc>
        <w:tc>
          <w:tcPr>
            <w:tcW w:w="3024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Location information forthcoming</w:t>
            </w:r>
          </w:p>
        </w:tc>
      </w:tr>
    </w:tbl>
    <w:p xmlns:wp14="http://schemas.microsoft.com/office/word/2010/wordml" w:rsidP="5BEF3436" w14:paraId="0A37501D" wp14:textId="77777777">
      <w:pPr>
        <w:spacing w:after="0" w:afterAutospacing="off"/>
      </w:pPr>
    </w:p>
    <w:p xmlns:wp14="http://schemas.microsoft.com/office/word/2010/wordml" w:rsidP="5BEF3436" w14:paraId="5684AC43" wp14:textId="07D2929A">
      <w:pPr>
        <w:pStyle w:val="Heading1"/>
        <w:spacing w:after="0" w:afterAutospacing="off"/>
      </w:pPr>
      <w:r w:rsidR="1A3FD8F2">
        <w:rPr/>
        <w:t>Wednesday, October 14</w:t>
      </w:r>
      <w:r w:rsidR="5BEF3436">
        <w:rPr/>
        <w:t xml:space="preserve">— Meeting </w:t>
      </w:r>
      <w:r w:rsidR="1772F1CC">
        <w:rPr/>
        <w:t>D</w:t>
      </w:r>
      <w:r w:rsidR="5BEF3436">
        <w:rPr/>
        <w:t xml:space="preserve">ay </w:t>
      </w:r>
      <w:r w:rsidR="2972C4F4">
        <w:rPr/>
        <w:t>T</w:t>
      </w:r>
      <w:r w:rsidR="5BEF3436">
        <w:rPr/>
        <w:t>wo</w:t>
      </w:r>
    </w:p>
    <w:p xmlns:wp14="http://schemas.microsoft.com/office/word/2010/wordml" w:rsidP="5BEF3436" w14:paraId="7D9C0D1C" wp14:textId="6F13C13C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  <w:r w:rsidRPr="5BEF3436" w:rsidR="5BEF3436">
        <w:rPr>
          <w:b w:val="1"/>
          <w:bCs w:val="1"/>
        </w:rPr>
        <w:t>Schedule</w:t>
      </w:r>
      <w:r w:rsidR="5BEF3436">
        <w:rPr/>
        <w:t xml:space="preserve"> for </w:t>
      </w:r>
      <w:r w:rsidR="189D4D47">
        <w:rPr/>
        <w:t>Wednesday, October 14</w:t>
      </w:r>
      <w:r w:rsidR="5BEF3436">
        <w:rPr/>
        <w:t xml:space="preserve"> — </w:t>
      </w:r>
      <w:r w:rsidR="5BEF3436">
        <w:rPr/>
        <w:t xml:space="preserve">Meeting </w:t>
      </w:r>
      <w:r w:rsidR="1ADD6B68">
        <w:rPr/>
        <w:t>D</w:t>
      </w:r>
      <w:r w:rsidR="5BEF3436">
        <w:rPr/>
        <w:t>ay</w:t>
      </w:r>
      <w:r w:rsidR="5BEF3436">
        <w:rPr/>
        <w:t xml:space="preserve"> </w:t>
      </w:r>
      <w:r w:rsidR="72291424">
        <w:rPr/>
        <w:t>T</w:t>
      </w:r>
      <w:r w:rsidR="5BEF3436">
        <w:rPr/>
        <w:t>wo.</w:t>
      </w:r>
    </w:p>
    <w:tbl>
      <w:tblPr>
        <w:tblStyle w:val="TableGrid"/>
        <w:tblW w:w="10512" w:type="dxa"/>
        <w:jc w:val="center"/>
        <w:tblLayout w:type="autofit"/>
        <w:tblLook w:val="04A0" w:firstRow="1" w:lastRow="0" w:firstColumn="1" w:lastColumn="0" w:noHBand="0" w:noVBand="1"/>
        <w:tblCaption w:val="[Day of week, Month day] — Meeting day two schedule"/>
        <w:tblDescription w:val="Meeting agenda with columns for time, agenda item, and lead or logistical details."/>
      </w:tblPr>
      <w:tblGrid>
        <w:gridCol w:w="2415"/>
        <w:gridCol w:w="5073"/>
        <w:gridCol w:w="3024"/>
      </w:tblGrid>
      <w:tr xmlns:wp14="http://schemas.microsoft.com/office/word/2010/wordml" w:rsidTr="5BEF3436" w14:paraId="417BB44E" wp14:textId="77777777">
        <w:trPr>
          <w:tblHeader w:val="true"/>
          <w:cantSplit/>
        </w:trPr>
        <w:tc>
          <w:tcPr>
            <w:tcW w:w="2415" w:type="dxa"/>
            <w:shd w:val="clear" w:color="auto" w:fill="D9F1D0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 w:rsidP="5BEF3436" w14:paraId="5A77FFC3" wp14:textId="77777777">
            <w:pPr>
              <w:spacing w:after="0" w:afterAutospacing="off"/>
              <w:jc w:val="left"/>
            </w:pPr>
            <w:r w:rsidRPr="5BEF3436" w:rsidR="5BEF3436">
              <w:rPr>
                <w:b w:val="1"/>
                <w:bCs w:val="1"/>
                <w:color w:val="000000" w:themeColor="text1" w:themeTint="FF" w:themeShade="FF"/>
              </w:rPr>
              <w:t>Time</w:t>
            </w:r>
          </w:p>
        </w:tc>
        <w:tc>
          <w:tcPr>
            <w:tcW w:w="5073" w:type="dxa"/>
            <w:shd w:val="clear" w:color="auto" w:fill="D9F1D0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 w:rsidP="5BEF3436" w14:paraId="41ACC249" wp14:textId="77777777">
            <w:pPr>
              <w:spacing w:after="0" w:afterAutospacing="off"/>
              <w:jc w:val="left"/>
            </w:pPr>
            <w:r w:rsidRPr="5BEF3436" w:rsidR="5BEF3436">
              <w:rPr>
                <w:b w:val="1"/>
                <w:bCs w:val="1"/>
                <w:color w:val="000000" w:themeColor="text1" w:themeTint="FF" w:themeShade="FF"/>
              </w:rPr>
              <w:t>Agenda item</w:t>
            </w:r>
          </w:p>
        </w:tc>
        <w:tc>
          <w:tcPr>
            <w:tcW w:w="3024" w:type="dxa"/>
            <w:shd w:val="clear" w:color="auto" w:fill="D9F1D0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 w:rsidP="5BEF3436" w14:paraId="1B391663" wp14:textId="17206C92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5BEF3436" w:rsidR="5347DD68">
              <w:rPr>
                <w:b w:val="1"/>
                <w:bCs w:val="1"/>
                <w:color w:val="000000" w:themeColor="text1" w:themeTint="FF" w:themeShade="FF"/>
              </w:rPr>
              <w:t>Information</w:t>
            </w:r>
          </w:p>
        </w:tc>
      </w:tr>
      <w:tr w:rsidTr="5BEF3436" w14:paraId="3CE10D99" w14:textId="77777777">
        <w:trPr>
          <w:cantSplit/>
        </w:trPr>
        <w:tc>
          <w:tcPr>
            <w:tcW w:w="2415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8:00-8:45 a.m.</w:t>
            </w:r>
          </w:p>
        </w:tc>
        <w:tc>
          <w:tcPr>
            <w:tcW w:w="5073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Breakfast and networking</w:t>
            </w:r>
          </w:p>
        </w:tc>
        <w:tc>
          <w:tcPr>
            <w:tcW w:w="3024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Provided</w:t>
            </w:r>
          </w:p>
        </w:tc>
      </w:tr>
      <w:tr w:rsidTr="5BEF3436" w14:paraId="3CE10D99" w14:textId="77777777">
        <w:trPr>
          <w:cantSplit/>
        </w:trPr>
        <w:tc>
          <w:tcPr>
            <w:tcW w:w="2415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8:45-11:45 a.m.</w:t>
            </w:r>
          </w:p>
        </w:tc>
        <w:tc>
          <w:tcPr>
            <w:tcW w:w="5073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WEC workplan and regional workgroups</w:t>
            </w:r>
          </w:p>
        </w:tc>
        <w:tc>
          <w:tcPr>
            <w:tcW w:w="3024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Includes a scheduled morning break, regional share-out, and next steps</w:t>
            </w:r>
          </w:p>
        </w:tc>
      </w:tr>
      <w:tr w:rsidTr="5BEF3436" w14:paraId="3CE10D99" w14:textId="77777777">
        <w:trPr>
          <w:cantSplit/>
        </w:trPr>
        <w:tc>
          <w:tcPr>
            <w:tcW w:w="2415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11:45 a.m.-12:00 p.m.</w:t>
            </w:r>
          </w:p>
        </w:tc>
        <w:tc>
          <w:tcPr>
            <w:tcW w:w="5073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  <w:t>Closing, evaluation, and adjournment</w:t>
            </w:r>
          </w:p>
        </w:tc>
        <w:tc>
          <w:tcPr>
            <w:tcW w:w="3024" w:type="dxa"/>
            <w:tcMar>
              <w:top w:w="100" w:type="dxa"/>
              <w:left w:w="120" w:type="dxa"/>
              <w:start w:w="120" w:type="dxa"/>
              <w:bottom w:w="100" w:type="dxa"/>
              <w:right w:w="120" w:type="dxa"/>
              <w:end w:w="120" w:type="dxa"/>
            </w:tcMar>
            <w:vAlign w:val="center"/>
          </w:tcPr>
          <w:p>
            <w:pPr>
              <w:spacing w:after="0"/>
            </w:pPr>
            <w:r/>
            <w:r>
              <w:rPr>
                <w:b w:val="0"/>
              </w:rPr>
            </w:r>
          </w:p>
        </w:tc>
      </w:tr>
    </w:tbl>
    <w:p xmlns:wp14="http://schemas.microsoft.com/office/word/2010/wordml" w14:paraId="5DAB6C7B" wp14:textId="77777777"/>
    <w:p xmlns:wp14="http://schemas.microsoft.com/office/word/2010/wordml" w14:paraId="7FDE008A" wp14:textId="4DD730C0">
      <w:pPr>
        <w:pStyle w:val="Heading1"/>
      </w:pPr>
      <w:r w:rsidR="5BEF3436">
        <w:rPr/>
        <w:t xml:space="preserve">Access and </w:t>
      </w:r>
      <w:r w:rsidR="74E99FCC">
        <w:rPr/>
        <w:t>Pa</w:t>
      </w:r>
      <w:r w:rsidR="5BEF3436">
        <w:rPr/>
        <w:t xml:space="preserve">rticipation </w:t>
      </w:r>
      <w:r w:rsidR="69DB8E11">
        <w:rPr/>
        <w:t>I</w:t>
      </w:r>
      <w:r w:rsidR="5BEF3436">
        <w:rPr/>
        <w:t>nformation</w:t>
      </w:r>
    </w:p>
    <w:p xmlns:wp14="http://schemas.microsoft.com/office/word/2010/wordml" w14:paraId="6F76816B" wp14:textId="77777777">
      <w:pPr>
        <w:rPr/>
      </w:pPr>
      <w:r/>
      <w:r>
        <w:rPr>
          <w:b/>
        </w:rPr>
        <w:t xml:space="preserve">Registration: </w:t>
      </w:r>
      <w:hyperlink r:id="rId12">
        <w:r>
          <w:rPr>
            <w:color w:val="0563C1"/>
            <w:u w:val="single"/>
          </w:rPr>
          <w:t>Register for Fall WEC 2026</w:t>
        </w:r>
      </w:hyperlink>
    </w:p>
    <w:p xmlns:wp14="http://schemas.microsoft.com/office/word/2010/wordml" w14:paraId="0CEE7A2D" wp14:textId="77777777">
      <w:pPr>
        <w:rPr/>
      </w:pPr>
      <w:r/>
      <w:r>
        <w:rPr>
          <w:b/>
        </w:rPr>
        <w:t xml:space="preserve">Meeting information and materials: </w:t>
      </w:r>
      <w:hyperlink r:id="R9e84a384c9094d5c">
        <w:r>
          <w:rPr>
            <w:color w:val="0563C1"/>
            <w:u w:val="single"/>
          </w:rPr>
          <w:t>WEC SharePoint</w:t>
        </w:r>
      </w:hyperlink>
    </w:p>
    <w:p xmlns:wp14="http://schemas.microsoft.com/office/word/2010/wordml" w14:paraId="732DA5B2" wp14:textId="429CE4A1">
      <w:pPr>
        <w:rPr/>
      </w:pPr>
      <w:r/>
      <w:r>
        <w:rPr>
          <w:b/>
        </w:rPr>
        <w:t xml:space="preserve">SharePoint access: </w:t>
      </w:r>
      <w:r>
        <w:t>Email Genevieve Howard, SBCTC, at ghoward@sbctc.edu.</w:t>
      </w:r>
    </w:p>
    <w:p w:rsidR="52DC57B7" w:rsidP="5BEF3436" w:rsidRDefault="52DC57B7" w14:paraId="4BE23A95" w14:textId="11D9529B">
      <w:pPr>
        <w:suppressLineNumbers w:val="0"/>
        <w:bidi w:val="0"/>
        <w:spacing w:before="0" w:beforeAutospacing="off" w:after="100" w:afterAutospacing="off" w:line="259" w:lineRule="auto"/>
        <w:ind w:right="0"/>
        <w:jc w:val="left"/>
        <w:rPr>
          <w:noProof w:val="0"/>
          <w:lang w:val="en-US"/>
        </w:rPr>
      </w:pPr>
      <w:r/>
      <w:r>
        <w:rPr>
          <w:b/>
        </w:rPr>
        <w:t xml:space="preserve">Accessibility and accommodations: </w:t>
      </w:r>
      <w:r>
        <w:t>To request a disability-related accommodation or assistance participating in the meeting, contact Becky Wood at becky.wood@centralia.edu or 360-623-8410. If possible, submit requests by October 2, 2026, to allow time for arrangements. Requests received later will be considered, and every reasonable effort will be made to accommodate them.</w:t>
      </w:r>
    </w:p>
    <w:p w:rsidR="4F0B817B" w:rsidP="5BEF3436" w:rsidRDefault="4F0B817B" w14:paraId="08155D59" w14:textId="7BDD1178">
      <w:pPr>
        <w:rPr/>
      </w:pPr>
      <w:r/>
      <w:r>
        <w:rPr>
          <w:b/>
        </w:rPr>
        <w:t xml:space="preserve">Parking: </w:t>
      </w:r>
      <w:r>
        <w:t>Parking is free, and no permit is required. Attendees may park in any campus space not marked Reserved. The meeting will be held in TransAlta Commons (TAC), Room 105 B/C.</w:t>
      </w:r>
    </w:p>
    <w:sectPr w:rsidRPr="0006063C" w:rsidR="00FC693F" w:rsidSect="00034616">
      <w:pgSz w:w="12240" w:h="15840" w:orient="portrait"/>
      <w:pgMar w:top="1008" w:right="1080" w:bottom="1008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xmlns:w="http://schemas.openxmlformats.org/wordprocessingml/2006/main" w:abstractNumId="10">
    <w:nsid w:val="43d22e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5eb77c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1">
    <w:abstractNumId w:val="10"/>
  </w:num>
  <w:num w:numId="10">
    <w:abstractNumId w:val="9"/>
  </w: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val="bestFit"/>
  <w:proofState w:spelling="clean" w:grammar="dirty"/>
  <w:trackRevisions w:val="false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344AD"/>
    <w:rsid w:val="009F83B8"/>
    <w:rsid w:val="00A783B3"/>
    <w:rsid w:val="00AA1D8D"/>
    <w:rsid w:val="00B47730"/>
    <w:rsid w:val="00CB0664"/>
    <w:rsid w:val="00FC693F"/>
    <w:rsid w:val="010950AB"/>
    <w:rsid w:val="0190D26E"/>
    <w:rsid w:val="0335DCEE"/>
    <w:rsid w:val="035F6ACE"/>
    <w:rsid w:val="035F6ACE"/>
    <w:rsid w:val="03BB3A14"/>
    <w:rsid w:val="05C181C5"/>
    <w:rsid w:val="06856DA3"/>
    <w:rsid w:val="07076A60"/>
    <w:rsid w:val="07C77C98"/>
    <w:rsid w:val="08C10D90"/>
    <w:rsid w:val="09C9F8FC"/>
    <w:rsid w:val="0AC093F8"/>
    <w:rsid w:val="0B0B3BFB"/>
    <w:rsid w:val="0D36300B"/>
    <w:rsid w:val="0F9EC8EE"/>
    <w:rsid w:val="0FADA49C"/>
    <w:rsid w:val="0FC0807B"/>
    <w:rsid w:val="11F04A62"/>
    <w:rsid w:val="12610976"/>
    <w:rsid w:val="12EB0859"/>
    <w:rsid w:val="1305FF2F"/>
    <w:rsid w:val="132886B6"/>
    <w:rsid w:val="16644B25"/>
    <w:rsid w:val="16778F94"/>
    <w:rsid w:val="172AEA34"/>
    <w:rsid w:val="1772F1CC"/>
    <w:rsid w:val="1783EA73"/>
    <w:rsid w:val="18074F2E"/>
    <w:rsid w:val="189D4D47"/>
    <w:rsid w:val="1A3FD8F2"/>
    <w:rsid w:val="1ADD6B68"/>
    <w:rsid w:val="1B299B05"/>
    <w:rsid w:val="1B299B05"/>
    <w:rsid w:val="1D68BB8D"/>
    <w:rsid w:val="1F79794C"/>
    <w:rsid w:val="207167FE"/>
    <w:rsid w:val="2079040F"/>
    <w:rsid w:val="24B5AA84"/>
    <w:rsid w:val="25B77378"/>
    <w:rsid w:val="25D68103"/>
    <w:rsid w:val="25D68103"/>
    <w:rsid w:val="25F4C477"/>
    <w:rsid w:val="292419FC"/>
    <w:rsid w:val="292419FC"/>
    <w:rsid w:val="2972C4F4"/>
    <w:rsid w:val="2B21A621"/>
    <w:rsid w:val="2B5614D4"/>
    <w:rsid w:val="2BEF4B5C"/>
    <w:rsid w:val="2BEF4B5C"/>
    <w:rsid w:val="2CEC17DA"/>
    <w:rsid w:val="2D396EEE"/>
    <w:rsid w:val="2D81E9D6"/>
    <w:rsid w:val="2F46E00C"/>
    <w:rsid w:val="3017A120"/>
    <w:rsid w:val="30512B24"/>
    <w:rsid w:val="307CCA08"/>
    <w:rsid w:val="32C5A001"/>
    <w:rsid w:val="34C6BB37"/>
    <w:rsid w:val="35A42451"/>
    <w:rsid w:val="35F60BA2"/>
    <w:rsid w:val="35F60BA2"/>
    <w:rsid w:val="37F2CF2D"/>
    <w:rsid w:val="38603BCF"/>
    <w:rsid w:val="38F29119"/>
    <w:rsid w:val="3D059494"/>
    <w:rsid w:val="3D6A9741"/>
    <w:rsid w:val="3D7FE556"/>
    <w:rsid w:val="3EF8F81C"/>
    <w:rsid w:val="3EF8F81C"/>
    <w:rsid w:val="3F868366"/>
    <w:rsid w:val="3F868366"/>
    <w:rsid w:val="402A1831"/>
    <w:rsid w:val="4133C530"/>
    <w:rsid w:val="4165FC4F"/>
    <w:rsid w:val="4189BEE6"/>
    <w:rsid w:val="41D8FA5C"/>
    <w:rsid w:val="41E3D9A0"/>
    <w:rsid w:val="426B6C6D"/>
    <w:rsid w:val="43D428E3"/>
    <w:rsid w:val="443037EF"/>
    <w:rsid w:val="444B9EB2"/>
    <w:rsid w:val="44597685"/>
    <w:rsid w:val="450A4004"/>
    <w:rsid w:val="45784397"/>
    <w:rsid w:val="4584E93E"/>
    <w:rsid w:val="45A8F565"/>
    <w:rsid w:val="465FA0CB"/>
    <w:rsid w:val="4796E91C"/>
    <w:rsid w:val="48C1B6CC"/>
    <w:rsid w:val="4958D4FF"/>
    <w:rsid w:val="4C7B16E7"/>
    <w:rsid w:val="4C819910"/>
    <w:rsid w:val="4CD3DF61"/>
    <w:rsid w:val="4CEF7CB2"/>
    <w:rsid w:val="4D242C2E"/>
    <w:rsid w:val="4DB5E563"/>
    <w:rsid w:val="4F0B817B"/>
    <w:rsid w:val="51648D4B"/>
    <w:rsid w:val="52DC57B7"/>
    <w:rsid w:val="5347DD68"/>
    <w:rsid w:val="55046B36"/>
    <w:rsid w:val="5796FB6A"/>
    <w:rsid w:val="57FB0286"/>
    <w:rsid w:val="57FB0286"/>
    <w:rsid w:val="5870C691"/>
    <w:rsid w:val="5870C691"/>
    <w:rsid w:val="5A0610A6"/>
    <w:rsid w:val="5A91454C"/>
    <w:rsid w:val="5AF0DAFE"/>
    <w:rsid w:val="5B2BC4AA"/>
    <w:rsid w:val="5B6948B4"/>
    <w:rsid w:val="5B82A101"/>
    <w:rsid w:val="5B8AC3A2"/>
    <w:rsid w:val="5BEF3436"/>
    <w:rsid w:val="5CFA1F63"/>
    <w:rsid w:val="5CFA1F63"/>
    <w:rsid w:val="5D705F65"/>
    <w:rsid w:val="5E07F416"/>
    <w:rsid w:val="5F878DFD"/>
    <w:rsid w:val="5F8FC2A4"/>
    <w:rsid w:val="5FE6095D"/>
    <w:rsid w:val="619B7D60"/>
    <w:rsid w:val="63E9DA20"/>
    <w:rsid w:val="63FF44D1"/>
    <w:rsid w:val="6479924D"/>
    <w:rsid w:val="64F4CE18"/>
    <w:rsid w:val="658EC205"/>
    <w:rsid w:val="661F2AB3"/>
    <w:rsid w:val="6658A462"/>
    <w:rsid w:val="66BFBE21"/>
    <w:rsid w:val="6720A245"/>
    <w:rsid w:val="69207A6D"/>
    <w:rsid w:val="69207A6D"/>
    <w:rsid w:val="694BBEC0"/>
    <w:rsid w:val="69DB8E11"/>
    <w:rsid w:val="6A68EF13"/>
    <w:rsid w:val="6BD859CA"/>
    <w:rsid w:val="6C95F6B0"/>
    <w:rsid w:val="6CE0CB93"/>
    <w:rsid w:val="6E1D9E07"/>
    <w:rsid w:val="6E4BFC40"/>
    <w:rsid w:val="6F2908FF"/>
    <w:rsid w:val="6F86D6A5"/>
    <w:rsid w:val="711DA189"/>
    <w:rsid w:val="71AEDB1C"/>
    <w:rsid w:val="721EDE6D"/>
    <w:rsid w:val="72291424"/>
    <w:rsid w:val="73157509"/>
    <w:rsid w:val="739AA59A"/>
    <w:rsid w:val="743FDE5D"/>
    <w:rsid w:val="747FD76E"/>
    <w:rsid w:val="74D591C9"/>
    <w:rsid w:val="74E99FCC"/>
    <w:rsid w:val="7651DA44"/>
    <w:rsid w:val="76F825D7"/>
    <w:rsid w:val="76F825D7"/>
    <w:rsid w:val="777BAB5B"/>
    <w:rsid w:val="77EB88D7"/>
    <w:rsid w:val="786E825C"/>
    <w:rsid w:val="7A314D2C"/>
    <w:rsid w:val="7A690320"/>
    <w:rsid w:val="7ACEDB96"/>
    <w:rsid w:val="7AF6F986"/>
    <w:rsid w:val="7BEEFD4E"/>
    <w:rsid w:val="7C072F94"/>
    <w:rsid w:val="7D3A659D"/>
    <w:rsid w:val="7E0E56E9"/>
    <w:rsid w:val="7E453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15:docId w15:val="{C099069A-B270-44CD-A88A-F6E8A4A70FE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spacing w:after="100" w:line="259" w:lineRule="auto"/>
    </w:pPr>
    <w:rPr>
      <w:rFonts w:ascii="Aptos" w:hAnsi="Aptos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 w:after="80"/>
      <w:outlineLvl w:val="0"/>
    </w:pPr>
    <w:rPr>
      <w:rFonts w:ascii="Aptos Display" w:hAnsi="Aptos Display" w:asciiTheme="majorHAnsi" w:hAnsiTheme="majorHAnsi" w:eastAsiaTheme="majorEastAsia" w:cstheme="majorBidi"/>
      <w:b/>
      <w:bCs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60" w:after="60"/>
      <w:outlineLvl w:val="1"/>
    </w:pPr>
    <w:rPr>
      <w:rFonts w:ascii="Aptos Display" w:hAnsi="Aptos Display" w:asciiTheme="majorHAnsi" w:hAnsiTheme="majorHAnsi" w:eastAsiaTheme="majorEastAsia" w:cstheme="majorBidi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="Aptos Display" w:hAnsi="Aptos Display" w:asciiTheme="majorHAnsi" w:hAnsiTheme="majorHAnsi" w:eastAsiaTheme="majorEastAsia" w:cstheme="majorBidi"/>
      <w:b/>
      <w:color w:val="000000"/>
      <w:spacing w:val="5"/>
      <w:kern w:val="28"/>
      <w:sz w:val="44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="Aptos" w:hAnsi="Aptos" w:asciiTheme="majorHAnsi" w:hAnsiTheme="majorHAnsi" w:eastAsiaTheme="majorEastAsia" w:cstheme="majorBidi"/>
      <w:i/>
      <w:iCs/>
      <w:color w:val="282828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uiPriority w:val="99"/>
    <w:name w:val="Hyperlink"/>
    <w:basedOn w:val="DefaultParagraphFont"/>
    <w:unhideWhenUsed/>
    <w:rsid w:val="5BEF343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6" Type="http://schemas.openxmlformats.org/officeDocument/2006/relationships/webSettings" Target="webSettings.xml"/><Relationship Id="rId1" Type="http://schemas.openxmlformats.org/officeDocument/2006/relationships/customXml" Target="../customXml/item1.xml"/><Relationship Id="rId11" Type="http://schemas.openxmlformats.org/officeDocument/2006/relationships/customXml" Target="../customXml/item4.xml"/><Relationship Id="rId5" Type="http://schemas.openxmlformats.org/officeDocument/2006/relationships/settings" Target="settings.xml"/><Relationship Id="rId10" Type="http://schemas.openxmlformats.org/officeDocument/2006/relationships/customXml" Target="../customXml/item3.xml"/><Relationship Id="rId4" Type="http://schemas.microsoft.com/office/2007/relationships/stylesWithEffects" Target="stylesWithEffects.xml"/><Relationship Id="rId9" Type="http://schemas.openxmlformats.org/officeDocument/2006/relationships/customXml" Target="../customXml/item2.xml"/><Relationship Id="Rde4b4722087c4b2f" Type="http://schemas.openxmlformats.org/officeDocument/2006/relationships/hyperlink" Target="https://juiceboxpublichouse.com/" TargetMode="External"/><Relationship Id="Rbb4e1ea0c2194f47" Type="http://schemas.openxmlformats.org/officeDocument/2006/relationships/hyperlink" Target="https://maps.app.goo.gl/qpCj7FcAmN5sc8mC9" TargetMode="External"/><Relationship Id="Rca0d5190b300437a" Type="http://schemas.openxmlformats.org/officeDocument/2006/relationships/hyperlink" Target="https://jeremysfarmtotable.com/" TargetMode="External"/><Relationship Id="Re4eb2b2aec804057" Type="http://schemas.openxmlformats.org/officeDocument/2006/relationships/hyperlink" Target="mailto:becky.wood@centralia.edu" TargetMode="External"/><Relationship Id="Rb2961423f9dd4ff6" Type="http://schemas.openxmlformats.org/officeDocument/2006/relationships/hyperlink" Target="https://www.sbctc.edu/colleges-staff/commissions-councils/wec/default.aspx" TargetMode="External"/><Relationship Id="R9e84a384c9094d5c" Type="http://schemas.openxmlformats.org/officeDocument/2006/relationships/hyperlink" Target="https://sbctcedu.sharepoint.com/teams/wec/SitePages/Home.aspx" TargetMode="External"/><Relationship Id="Racd0071aefdf49a2" Type="http://schemas.openxmlformats.org/officeDocument/2006/relationships/hyperlink" Target="mailto:ghoward@sbctc.edu" TargetMode="External"/><Relationship Id="rId12" Type="http://schemas.openxmlformats.org/officeDocument/2006/relationships/hyperlink" Target="https://www.eventbrite.com/e/fall-wec-2026-oct-13-14th-tickets-1999529066263?aff=oddtdtcreat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F2AF5E3A0A94478B4870BED7103767" ma:contentTypeVersion="20" ma:contentTypeDescription="Create a new document." ma:contentTypeScope="" ma:versionID="f4ce89c24e8a80ccbc7ef5b3e3f43c18">
  <xsd:schema xmlns:xsd="http://www.w3.org/2001/XMLSchema" xmlns:xs="http://www.w3.org/2001/XMLSchema" xmlns:p="http://schemas.microsoft.com/office/2006/metadata/properties" xmlns:ns2="a64a1cd2-f9be-4e39-b16d-1d4b8c1be485" xmlns:ns3="4be3408b-e085-4116-9442-6df2bab4afa6" targetNamespace="http://schemas.microsoft.com/office/2006/metadata/properties" ma:root="true" ma:fieldsID="855b7920e463ecf58b86988eb476e903" ns2:_="" ns3:_="">
    <xsd:import namespace="a64a1cd2-f9be-4e39-b16d-1d4b8c1be485"/>
    <xsd:import namespace="4be3408b-e085-4116-9442-6df2bab4af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Nominator_x0027_s_x0020_Job_x0020_Title" minOccurs="0"/>
                <xsd:element ref="ns2:Nominator_x0027_s_x0020_College" minOccurs="0"/>
                <xsd:element ref="ns2:Is_x0020_the_x0020_nominee_x0020_aware_x0020_that_x0020_you_x0020_are_x0020_nominating_x0020_them_x003f__x0020__x002d_1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4a1cd2-f9be-4e39-b16d-1d4b8c1be4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072a751-c2a1-410f-8384-0186ab4766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Nominator_x0027_s_x0020_Job_x0020_Title" ma:index="18" nillable="true" ma:displayName="Nominator's Job Title" ma:internalName="Nominator_x0027_s_x0020_Job_x0020_Title">
      <xsd:simpleType>
        <xsd:restriction base="dms:Text"/>
      </xsd:simpleType>
    </xsd:element>
    <xsd:element name="Nominator_x0027_s_x0020_College" ma:index="19" nillable="true" ma:displayName="Nominator's College" ma:internalName="Nominator_x0027_s_x0020_College">
      <xsd:simpleType>
        <xsd:restriction base="dms:Text"/>
      </xsd:simpleType>
    </xsd:element>
    <xsd:element name="Is_x0020_the_x0020_nominee_x0020_aware_x0020_that_x0020_you_x0020_are_x0020_nominating_x0020_them_x003f__x0020__x002d_1" ma:index="20" ma:displayName="Is the nominee aware that you are nominating them? -1" ma:internalName="Is_x0020_the_x0020_nominee_x0020_aware_x0020_that_x0020_you_x0020_are_x0020_nominating_x0020_them_x003f__x0020__x002d_1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3408b-e085-4116-9442-6df2bab4afa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48e9a8-86ce-4ab2-916f-7f7285dcb576}" ma:internalName="TaxCatchAll" ma:showField="CatchAllData" ma:web="4be3408b-e085-4116-9442-6df2bab4af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s_x0020_the_x0020_nominee_x0020_aware_x0020_that_x0020_you_x0020_are_x0020_nominating_x0020_them_x003f__x0020__x002d_1 xmlns="a64a1cd2-f9be-4e39-b16d-1d4b8c1be485"/>
    <TaxCatchAll xmlns="4be3408b-e085-4116-9442-6df2bab4afa6" xsi:nil="true"/>
    <lcf76f155ced4ddcb4097134ff3c332f xmlns="a64a1cd2-f9be-4e39-b16d-1d4b8c1be485">
      <Terms xmlns="http://schemas.microsoft.com/office/infopath/2007/PartnerControls"/>
    </lcf76f155ced4ddcb4097134ff3c332f>
    <Nominator_x0027_s_x0020_College xmlns="a64a1cd2-f9be-4e39-b16d-1d4b8c1be485" xsi:nil="true"/>
    <Nominator_x0027_s_x0020_Job_x0020_Title xmlns="a64a1cd2-f9be-4e39-b16d-1d4b8c1be485" xsi:nil="true"/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B7197F5-E855-49D8-A06E-7A688EF6D4C9}"/>
</file>

<file path=customXml/itemProps3.xml><?xml version="1.0" encoding="utf-8"?>
<ds:datastoreItem xmlns:ds="http://schemas.openxmlformats.org/officeDocument/2006/customXml" ds:itemID="{A8377D0C-032F-4F8F-B0BB-19F91A131D49}"/>
</file>

<file path=customXml/itemProps4.xml><?xml version="1.0" encoding="utf-8"?>
<ds:datastoreItem xmlns:ds="http://schemas.openxmlformats.org/officeDocument/2006/customXml" ds:itemID="{6632EAB9-9A52-4F6E-A881-377F9110302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Workforce Education Council Meeting Agenda Template</dc:title>
  <dc:subject>Accessible template for quarterly Workforce Education Council meeting agendas</dc:subject>
  <dc:creator>Washington State Workforce Education Council</dc:creator>
  <keywords>WEC, agenda, accessible meeting template</keywords>
  <dc:description>Use Word Review &gt; Check Accessibility before distribution and after exporting to PDF.</dc:description>
  <lastModifiedBy>Becky Wood</lastModifiedBy>
  <revision>3</revision>
  <dcterms:created xsi:type="dcterms:W3CDTF">2013-12-23T23:15:00.0000000Z</dcterms:created>
  <dcterms:modified xsi:type="dcterms:W3CDTF">2026-08-28T19:40:41.8937291Z</dcterms:modified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0x010100AEF2AF5E3A0A94478B4870BED7103767</vt:lpwstr>
  </property>
  <property fmtid="{D5CDD505-2E9C-101B-9397-08002B2CF9AE}" pid="3" name="MediaServiceImageTags">
    <vt:lpwstr/>
  </property>
</Properties>
</file>